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F1ADC2" w14:textId="77777777" w:rsidR="000A4C5C" w:rsidRPr="00677460" w:rsidRDefault="005017F9">
      <w:pPr>
        <w:spacing w:after="100"/>
        <w:jc w:val="center"/>
        <w:rPr>
          <w:lang w:val="es-MX"/>
        </w:rPr>
      </w:pPr>
      <w:r w:rsidRPr="00677460">
        <w:rPr>
          <w:b/>
          <w:color w:val="174A7E"/>
          <w:sz w:val="25"/>
          <w:lang w:val="es-MX"/>
        </w:rPr>
        <w:t>GOBIERNO DEL ESTADO DE BAJA CALIFORNIA SUR</w:t>
      </w:r>
    </w:p>
    <w:p w14:paraId="67A3ABD6" w14:textId="77777777" w:rsidR="000A4C5C" w:rsidRPr="00677460" w:rsidRDefault="005017F9">
      <w:pPr>
        <w:spacing w:after="160"/>
        <w:jc w:val="center"/>
        <w:rPr>
          <w:lang w:val="es-MX"/>
        </w:rPr>
      </w:pPr>
      <w:r w:rsidRPr="00677460">
        <w:rPr>
          <w:b/>
          <w:sz w:val="21"/>
          <w:lang w:val="es-MX"/>
        </w:rPr>
        <w:t>INSTITUTO SUDCALIFORNIANO DE CULTURA</w:t>
      </w:r>
    </w:p>
    <w:p w14:paraId="0D043212" w14:textId="77777777" w:rsidR="000A4C5C" w:rsidRPr="00677460" w:rsidRDefault="005017F9">
      <w:pPr>
        <w:spacing w:after="20"/>
        <w:jc w:val="center"/>
        <w:rPr>
          <w:lang w:val="es-MX"/>
        </w:rPr>
      </w:pPr>
      <w:r w:rsidRPr="00677460">
        <w:rPr>
          <w:b/>
          <w:color w:val="174A7E"/>
          <w:sz w:val="34"/>
          <w:lang w:val="es-MX"/>
        </w:rPr>
        <w:t>CARTA DE AUTORIZACIÓN</w:t>
      </w:r>
    </w:p>
    <w:p w14:paraId="7501A3A5" w14:textId="77777777" w:rsidR="000A4C5C" w:rsidRPr="00677460" w:rsidRDefault="005017F9">
      <w:pPr>
        <w:spacing w:after="160"/>
        <w:jc w:val="center"/>
        <w:rPr>
          <w:lang w:val="es-MX"/>
        </w:rPr>
      </w:pPr>
      <w:r w:rsidRPr="00677460">
        <w:rPr>
          <w:b/>
          <w:sz w:val="23"/>
          <w:lang w:val="es-MX"/>
        </w:rPr>
        <w:t>PARTICIPACIÓN DE PERSONAS MENORES DE EDAD</w:t>
      </w:r>
    </w:p>
    <w:p w14:paraId="5AEFD93E" w14:textId="77777777" w:rsidR="000A4C5C" w:rsidRPr="00677460" w:rsidRDefault="005017F9">
      <w:pPr>
        <w:spacing w:after="120"/>
        <w:jc w:val="right"/>
        <w:rPr>
          <w:lang w:val="es-MX"/>
        </w:rPr>
      </w:pPr>
      <w:r w:rsidRPr="00677460">
        <w:rPr>
          <w:sz w:val="18"/>
          <w:lang w:val="es-MX"/>
        </w:rPr>
        <w:t>__________________________, Baja California Sur, a ____ de __________ de 2026.</w:t>
      </w:r>
    </w:p>
    <w:p w14:paraId="3E6DF35E" w14:textId="77777777" w:rsidR="000A4C5C" w:rsidRPr="00677460" w:rsidRDefault="005017F9">
      <w:pPr>
        <w:spacing w:after="20"/>
        <w:rPr>
          <w:lang w:val="es-MX"/>
        </w:rPr>
      </w:pPr>
      <w:r w:rsidRPr="00677460">
        <w:rPr>
          <w:b/>
          <w:lang w:val="es-MX"/>
        </w:rPr>
        <w:t xml:space="preserve">INSTITUTO SUDCALIFORNIANO DE </w:t>
      </w:r>
      <w:r w:rsidRPr="00677460">
        <w:rPr>
          <w:b/>
          <w:lang w:val="es-MX"/>
        </w:rPr>
        <w:t>CULTURA</w:t>
      </w:r>
    </w:p>
    <w:p w14:paraId="1B1E40CE" w14:textId="77777777" w:rsidR="000A4C5C" w:rsidRPr="00677460" w:rsidRDefault="005017F9">
      <w:pPr>
        <w:rPr>
          <w:lang w:val="es-MX"/>
        </w:rPr>
      </w:pPr>
      <w:r w:rsidRPr="00677460">
        <w:rPr>
          <w:b/>
          <w:lang w:val="es-MX"/>
        </w:rPr>
        <w:t>P R E S E N T E</w:t>
      </w:r>
    </w:p>
    <w:p w14:paraId="72A8E8A3" w14:textId="77777777" w:rsidR="000A4C5C" w:rsidRPr="00677460" w:rsidRDefault="005017F9">
      <w:pPr>
        <w:rPr>
          <w:lang w:val="es-MX"/>
        </w:rPr>
      </w:pPr>
      <w:r w:rsidRPr="00677460">
        <w:rPr>
          <w:lang w:val="es-MX"/>
        </w:rPr>
        <w:t xml:space="preserve">Quien suscribe, </w:t>
      </w:r>
      <w:r w:rsidRPr="00677460">
        <w:rPr>
          <w:color w:val="6B7280"/>
          <w:sz w:val="18"/>
          <w:lang w:val="es-MX"/>
        </w:rPr>
        <w:t>____________________________________________________________________</w:t>
      </w:r>
      <w:r w:rsidRPr="00677460">
        <w:rPr>
          <w:lang w:val="es-MX"/>
        </w:rPr>
        <w:t>, en mi carácter de:</w:t>
      </w:r>
    </w:p>
    <w:p w14:paraId="54F1B232" w14:textId="77777777" w:rsidR="000A4C5C" w:rsidRPr="00677460" w:rsidRDefault="005017F9">
      <w:pPr>
        <w:rPr>
          <w:lang w:val="es-MX"/>
        </w:rPr>
      </w:pPr>
      <w:r w:rsidRPr="00677460">
        <w:rPr>
          <w:lang w:val="es-MX"/>
        </w:rPr>
        <w:t>☐</w:t>
      </w:r>
      <w:r w:rsidRPr="00677460">
        <w:rPr>
          <w:lang w:val="es-MX"/>
        </w:rPr>
        <w:t xml:space="preserve"> Madre     ☐ Padre     ☐ Persona tutora legal</w:t>
      </w:r>
    </w:p>
    <w:p w14:paraId="574E011A" w14:textId="77777777" w:rsidR="000A4C5C" w:rsidRPr="00677460" w:rsidRDefault="005017F9">
      <w:pPr>
        <w:rPr>
          <w:lang w:val="es-MX"/>
        </w:rPr>
      </w:pPr>
      <w:r w:rsidRPr="00677460">
        <w:rPr>
          <w:lang w:val="es-MX"/>
        </w:rPr>
        <w:t xml:space="preserve">de la persona menor de edad </w:t>
      </w:r>
      <w:r w:rsidRPr="00677460">
        <w:rPr>
          <w:color w:val="6B7280"/>
          <w:sz w:val="18"/>
          <w:lang w:val="es-MX"/>
        </w:rPr>
        <w:t>____________________________________________________</w:t>
      </w:r>
      <w:r w:rsidRPr="00677460">
        <w:rPr>
          <w:color w:val="6B7280"/>
          <w:sz w:val="18"/>
          <w:lang w:val="es-MX"/>
        </w:rPr>
        <w:t>___________</w:t>
      </w:r>
      <w:r w:rsidRPr="00677460">
        <w:rPr>
          <w:lang w:val="es-MX"/>
        </w:rPr>
        <w:t>, manifiesto que cuento con facultades legales suficientes para otorgar la presente autorización.</w:t>
      </w:r>
    </w:p>
    <w:p w14:paraId="668D3396" w14:textId="77777777" w:rsidR="000A4C5C" w:rsidRPr="00677460" w:rsidRDefault="005017F9">
      <w:pPr>
        <w:spacing w:before="60"/>
        <w:rPr>
          <w:lang w:val="es-MX"/>
        </w:rPr>
      </w:pPr>
      <w:r w:rsidRPr="00677460">
        <w:rPr>
          <w:b/>
          <w:color w:val="174A7E"/>
          <w:lang w:val="es-MX"/>
        </w:rPr>
        <w:t>Convocatoria seleccionada:</w:t>
      </w:r>
    </w:p>
    <w:p w14:paraId="5200E5F8" w14:textId="77777777" w:rsidR="000A4C5C" w:rsidRPr="00677460" w:rsidRDefault="005017F9">
      <w:pPr>
        <w:spacing w:after="100"/>
        <w:rPr>
          <w:lang w:val="es-MX"/>
        </w:rPr>
      </w:pPr>
      <w:r w:rsidRPr="00677460">
        <w:rPr>
          <w:sz w:val="18"/>
          <w:lang w:val="es-MX"/>
        </w:rPr>
        <w:t>☐</w:t>
      </w:r>
      <w:r w:rsidRPr="00677460">
        <w:rPr>
          <w:sz w:val="18"/>
          <w:lang w:val="es-MX"/>
        </w:rPr>
        <w:t xml:space="preserve"> Del libro a TikTok: Haz viral la lectura en BCS 2026     ☐ Enfoca la lectura: La literatura sudcaliforniana desde tu m</w:t>
      </w:r>
      <w:r w:rsidRPr="00677460">
        <w:rPr>
          <w:sz w:val="18"/>
          <w:lang w:val="es-MX"/>
        </w:rPr>
        <w:t>irada</w:t>
      </w:r>
    </w:p>
    <w:p w14:paraId="07834B31" w14:textId="77777777" w:rsidR="000A4C5C" w:rsidRPr="00677460" w:rsidRDefault="005017F9">
      <w:pPr>
        <w:spacing w:before="40"/>
        <w:rPr>
          <w:lang w:val="es-MX"/>
        </w:rPr>
      </w:pPr>
      <w:r w:rsidRPr="00677460">
        <w:rPr>
          <w:b/>
          <w:color w:val="174A7E"/>
          <w:sz w:val="21"/>
          <w:lang w:val="es-MX"/>
        </w:rPr>
        <w:t>AUTORIZO EXPRESAMENTE:</w:t>
      </w:r>
    </w:p>
    <w:p w14:paraId="52E84016" w14:textId="77777777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>La participación de la persona menor de edad en la convocatoria seleccionada, así como el envío y la evaluación de su video o fotografía, según corresponda.</w:t>
      </w:r>
    </w:p>
    <w:p w14:paraId="32EF690E" w14:textId="77777777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>La publicación de la obra participante en la cuenta de TikTok o In</w:t>
      </w:r>
      <w:r w:rsidRPr="00677460">
        <w:rPr>
          <w:sz w:val="18"/>
          <w:lang w:val="es-MX"/>
        </w:rPr>
        <w:t>stagram registrada para el concurso, con la configuración pública exigida en las bases.</w:t>
      </w:r>
    </w:p>
    <w:p w14:paraId="259E087E" w14:textId="30ABE8E4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 xml:space="preserve">Que el Instituto Sudcaliforniano de Cultura y el Gobierno del Estado de Baja California Sur </w:t>
      </w:r>
      <w:r w:rsidR="00677460">
        <w:rPr>
          <w:sz w:val="18"/>
          <w:lang w:val="es-MX"/>
        </w:rPr>
        <w:t xml:space="preserve">podrán </w:t>
      </w:r>
      <w:r w:rsidRPr="00677460">
        <w:rPr>
          <w:sz w:val="18"/>
          <w:lang w:val="es-MX"/>
        </w:rPr>
        <w:t>difund</w:t>
      </w:r>
      <w:r w:rsidR="00677460">
        <w:rPr>
          <w:sz w:val="18"/>
          <w:lang w:val="es-MX"/>
        </w:rPr>
        <w:t>ir</w:t>
      </w:r>
      <w:r w:rsidRPr="00677460">
        <w:rPr>
          <w:sz w:val="18"/>
          <w:lang w:val="es-MX"/>
        </w:rPr>
        <w:t xml:space="preserve"> la obra participante</w:t>
      </w:r>
      <w:r w:rsidR="00677460">
        <w:rPr>
          <w:sz w:val="18"/>
          <w:lang w:val="es-MX"/>
        </w:rPr>
        <w:t xml:space="preserve"> en futuras campañas de difusión de la lectura en medios oficiales. </w:t>
      </w:r>
    </w:p>
    <w:p w14:paraId="3AB88B69" w14:textId="77777777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>El tratamiento de los datos proporcionados exclusivamente para el registro, la verificación de requisitos, la comunicación de resultados y, en su caso, la entrega del premio, conforme a la normativa aplicable.</w:t>
      </w:r>
    </w:p>
    <w:p w14:paraId="54C9197A" w14:textId="77777777" w:rsidR="000A4C5C" w:rsidRPr="00677460" w:rsidRDefault="005017F9">
      <w:pPr>
        <w:spacing w:before="60"/>
        <w:rPr>
          <w:lang w:val="es-MX"/>
        </w:rPr>
      </w:pPr>
      <w:r w:rsidRPr="00677460">
        <w:rPr>
          <w:b/>
          <w:color w:val="174A7E"/>
          <w:sz w:val="21"/>
          <w:lang w:val="es-MX"/>
        </w:rPr>
        <w:t>DECLARO:</w:t>
      </w:r>
    </w:p>
    <w:p w14:paraId="41E35176" w14:textId="77777777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>Que conozco y acepto las bases de la convocatoria, incluidos sus requisitos, restricciones, criterios de evaluación, calendario y causas de descalificación.</w:t>
      </w:r>
    </w:p>
    <w:p w14:paraId="48B8E42C" w14:textId="77777777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>Que la obra participante es original y que su publicación y difusión no vulneran derechos de terc</w:t>
      </w:r>
      <w:r w:rsidRPr="00677460">
        <w:rPr>
          <w:sz w:val="18"/>
          <w:lang w:val="es-MX"/>
        </w:rPr>
        <w:t>eras personas. La autorización de difusión es gratuita, no exclusiva y no implica la transferencia de la autoría.</w:t>
      </w:r>
    </w:p>
    <w:p w14:paraId="781650AF" w14:textId="77777777" w:rsidR="000A4C5C" w:rsidRPr="00677460" w:rsidRDefault="005017F9">
      <w:pPr>
        <w:keepLines/>
        <w:spacing w:after="50"/>
        <w:ind w:left="346" w:hanging="230"/>
        <w:rPr>
          <w:lang w:val="es-MX"/>
        </w:rPr>
      </w:pPr>
      <w:r w:rsidRPr="00677460">
        <w:rPr>
          <w:sz w:val="20"/>
          <w:lang w:val="es-MX"/>
        </w:rPr>
        <w:t xml:space="preserve">• </w:t>
      </w:r>
      <w:r w:rsidRPr="00677460">
        <w:rPr>
          <w:sz w:val="18"/>
          <w:lang w:val="es-MX"/>
        </w:rPr>
        <w:t>Que la información y los documentos entregados son auténticos, completos y vigentes, y que asumiré la representación administrativa de la pe</w:t>
      </w:r>
      <w:r w:rsidRPr="00677460">
        <w:rPr>
          <w:sz w:val="18"/>
          <w:lang w:val="es-MX"/>
        </w:rPr>
        <w:t>rsona menor durante su participación y, en su caso, para recibir el premio.</w:t>
      </w:r>
    </w:p>
    <w:p w14:paraId="0B224E93" w14:textId="77777777" w:rsidR="000A4C5C" w:rsidRPr="00677460" w:rsidRDefault="005017F9">
      <w:pPr>
        <w:spacing w:before="60" w:after="100"/>
        <w:rPr>
          <w:lang w:val="es-MX"/>
        </w:rPr>
      </w:pPr>
      <w:r w:rsidRPr="00677460">
        <w:rPr>
          <w:sz w:val="18"/>
          <w:lang w:val="es-MX"/>
        </w:rPr>
        <w:t>Podré solicitar por escrito el retiro de esta autorización antes del cierre del registro. Entiendo que dicho retiro implicará la cancelación de la participación de la persona menor</w:t>
      </w:r>
      <w:r w:rsidRPr="00677460">
        <w:rPr>
          <w:sz w:val="18"/>
          <w:lang w:val="es-MX"/>
        </w:rPr>
        <w:t xml:space="preserve"> de edad.</w:t>
      </w:r>
    </w:p>
    <w:tbl>
      <w:tblPr>
        <w:tblStyle w:val="Tablaconcuadrcula"/>
        <w:tblW w:w="9936" w:type="dxa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0A4C5C" w14:paraId="26BBF79E" w14:textId="77777777">
        <w:trPr>
          <w:cantSplit/>
        </w:trPr>
        <w:tc>
          <w:tcPr>
            <w:tcW w:w="4968" w:type="dxa"/>
            <w:shd w:val="clear" w:color="auto" w:fill="EAF1F7"/>
            <w:tcMar>
              <w:top w:w="60" w:type="dxa"/>
              <w:left w:w="100" w:type="dxa"/>
              <w:bottom w:w="100" w:type="dxa"/>
              <w:right w:w="100" w:type="dxa"/>
            </w:tcMar>
          </w:tcPr>
          <w:p w14:paraId="3E2D20C3" w14:textId="77777777" w:rsidR="000A4C5C" w:rsidRDefault="005017F9">
            <w:r>
              <w:rPr>
                <w:b/>
                <w:color w:val="174A7E"/>
                <w:sz w:val="17"/>
              </w:rPr>
              <w:t>Teléfono de contacto</w:t>
            </w:r>
          </w:p>
          <w:p w14:paraId="644EBDFE" w14:textId="77777777" w:rsidR="000A4C5C" w:rsidRDefault="005017F9">
            <w:pPr>
              <w:spacing w:before="80"/>
            </w:pPr>
            <w:r>
              <w:rPr>
                <w:color w:val="6B7280"/>
                <w:sz w:val="16"/>
              </w:rPr>
              <w:t>_______________________________</w:t>
            </w:r>
          </w:p>
        </w:tc>
        <w:tc>
          <w:tcPr>
            <w:tcW w:w="4968" w:type="dxa"/>
            <w:shd w:val="clear" w:color="auto" w:fill="EAF1F7"/>
            <w:tcMar>
              <w:top w:w="60" w:type="dxa"/>
              <w:left w:w="100" w:type="dxa"/>
              <w:bottom w:w="100" w:type="dxa"/>
              <w:right w:w="100" w:type="dxa"/>
            </w:tcMar>
          </w:tcPr>
          <w:p w14:paraId="3BDB9B5B" w14:textId="77777777" w:rsidR="000A4C5C" w:rsidRDefault="005017F9">
            <w:r>
              <w:rPr>
                <w:b/>
                <w:color w:val="174A7E"/>
                <w:sz w:val="17"/>
              </w:rPr>
              <w:t>Correo electrónico</w:t>
            </w:r>
          </w:p>
          <w:p w14:paraId="72E3C2FA" w14:textId="77777777" w:rsidR="000A4C5C" w:rsidRDefault="005017F9">
            <w:pPr>
              <w:spacing w:before="80"/>
            </w:pPr>
            <w:r>
              <w:rPr>
                <w:color w:val="6B7280"/>
                <w:sz w:val="16"/>
              </w:rPr>
              <w:t>_______________________________</w:t>
            </w:r>
          </w:p>
        </w:tc>
      </w:tr>
    </w:tbl>
    <w:p w14:paraId="3B05A31E" w14:textId="77777777" w:rsidR="00F00528" w:rsidRDefault="005017F9" w:rsidP="00F00528">
      <w:pPr>
        <w:spacing w:before="160" w:after="40"/>
        <w:jc w:val="center"/>
        <w:rPr>
          <w:b/>
        </w:rPr>
      </w:pPr>
      <w:r>
        <w:rPr>
          <w:b/>
        </w:rPr>
        <w:t>ATENTAMENTE</w:t>
      </w:r>
    </w:p>
    <w:p w14:paraId="27B780E0" w14:textId="77777777" w:rsidR="00F00528" w:rsidRDefault="00F00528" w:rsidP="00F00528">
      <w:pPr>
        <w:spacing w:before="160" w:after="40"/>
        <w:jc w:val="center"/>
        <w:rPr>
          <w:b/>
        </w:rPr>
      </w:pPr>
    </w:p>
    <w:p w14:paraId="0DE49074" w14:textId="77777777" w:rsidR="00F00528" w:rsidRDefault="00F00528" w:rsidP="00F00528">
      <w:pPr>
        <w:spacing w:before="160" w:after="40"/>
        <w:jc w:val="center"/>
        <w:rPr>
          <w:b/>
        </w:rPr>
      </w:pPr>
    </w:p>
    <w:p w14:paraId="4D8905B2" w14:textId="77777777" w:rsidR="00F00528" w:rsidRDefault="00F00528" w:rsidP="00F00528">
      <w:pPr>
        <w:spacing w:before="160" w:after="40"/>
        <w:jc w:val="center"/>
        <w:rPr>
          <w:b/>
        </w:rPr>
      </w:pPr>
    </w:p>
    <w:p w14:paraId="4BB7678D" w14:textId="77777777" w:rsidR="00F00528" w:rsidRPr="00677460" w:rsidRDefault="00F00528" w:rsidP="00F00528">
      <w:pPr>
        <w:jc w:val="center"/>
        <w:rPr>
          <w:lang w:val="es-MX"/>
        </w:rPr>
      </w:pPr>
      <w:r w:rsidRPr="00677460">
        <w:rPr>
          <w:color w:val="6B7280"/>
          <w:sz w:val="17"/>
          <w:lang w:val="es-MX"/>
        </w:rPr>
        <w:t>________________________________</w:t>
      </w:r>
    </w:p>
    <w:p w14:paraId="04623DFD" w14:textId="12174A1A" w:rsidR="00F00528" w:rsidRDefault="00F00528" w:rsidP="00F00528">
      <w:pPr>
        <w:spacing w:before="160" w:after="40"/>
        <w:jc w:val="center"/>
        <w:rPr>
          <w:b/>
          <w:sz w:val="17"/>
          <w:lang w:val="es-MX"/>
        </w:rPr>
      </w:pPr>
      <w:r w:rsidRPr="00677460">
        <w:rPr>
          <w:b/>
          <w:sz w:val="17"/>
          <w:lang w:val="es-MX"/>
        </w:rPr>
        <w:t>Firma de la madre, el padre o la persona tutora legal</w:t>
      </w:r>
    </w:p>
    <w:p w14:paraId="228272FB" w14:textId="77777777" w:rsidR="00F00528" w:rsidRDefault="00F00528" w:rsidP="00F00528">
      <w:pPr>
        <w:spacing w:before="160" w:after="40"/>
        <w:jc w:val="center"/>
        <w:rPr>
          <w:b/>
        </w:rPr>
      </w:pPr>
      <w:bookmarkStart w:id="0" w:name="_GoBack"/>
      <w:bookmarkEnd w:id="0"/>
    </w:p>
    <w:p w14:paraId="6D43CB35" w14:textId="3A986B89" w:rsidR="000A4C5C" w:rsidRPr="00677460" w:rsidRDefault="005017F9" w:rsidP="00F00528">
      <w:pPr>
        <w:spacing w:before="160" w:after="40"/>
        <w:jc w:val="center"/>
        <w:rPr>
          <w:lang w:val="es-MX"/>
        </w:rPr>
      </w:pPr>
      <w:r w:rsidRPr="00677460">
        <w:rPr>
          <w:i/>
          <w:color w:val="6B7280"/>
          <w:sz w:val="17"/>
          <w:lang w:val="es-MX"/>
        </w:rPr>
        <w:t xml:space="preserve">Anexar copia legible de la identificación oficial vigente de quien firma y, cuando corresponda, el documento que </w:t>
      </w:r>
      <w:r w:rsidRPr="00677460">
        <w:rPr>
          <w:i/>
          <w:color w:val="6B7280"/>
          <w:sz w:val="17"/>
          <w:lang w:val="es-MX"/>
        </w:rPr>
        <w:t>acredite la tutela legal.</w:t>
      </w:r>
    </w:p>
    <w:sectPr w:rsidR="000A4C5C" w:rsidRPr="00677460" w:rsidSect="00034616">
      <w:footerReference w:type="default" r:id="rId8"/>
      <w:pgSz w:w="12240" w:h="15840"/>
      <w:pgMar w:top="835" w:right="1123" w:bottom="835" w:left="1123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2A54F" w14:textId="77777777" w:rsidR="005017F9" w:rsidRDefault="005017F9">
      <w:pPr>
        <w:spacing w:after="0" w:line="240" w:lineRule="auto"/>
      </w:pPr>
      <w:r>
        <w:separator/>
      </w:r>
    </w:p>
  </w:endnote>
  <w:endnote w:type="continuationSeparator" w:id="0">
    <w:p w14:paraId="6DAE59F9" w14:textId="77777777" w:rsidR="005017F9" w:rsidRDefault="00501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40705" w14:textId="01367BCD" w:rsidR="000A4C5C" w:rsidRDefault="005017F9">
    <w:pPr>
      <w:pStyle w:val="Piedepgina"/>
      <w:jc w:val="right"/>
    </w:pPr>
    <w:r>
      <w:rPr>
        <w:color w:val="6B7280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F005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E2141" w14:textId="77777777" w:rsidR="005017F9" w:rsidRDefault="005017F9">
      <w:pPr>
        <w:spacing w:after="0" w:line="240" w:lineRule="auto"/>
      </w:pPr>
      <w:r>
        <w:separator/>
      </w:r>
    </w:p>
  </w:footnote>
  <w:footnote w:type="continuationSeparator" w:id="0">
    <w:p w14:paraId="75CC2797" w14:textId="77777777" w:rsidR="005017F9" w:rsidRDefault="00501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4C5C"/>
    <w:rsid w:val="0015074B"/>
    <w:rsid w:val="001B4F75"/>
    <w:rsid w:val="0029639D"/>
    <w:rsid w:val="00326F90"/>
    <w:rsid w:val="005017F9"/>
    <w:rsid w:val="00677460"/>
    <w:rsid w:val="00A55A03"/>
    <w:rsid w:val="00AA1D8D"/>
    <w:rsid w:val="00B47730"/>
    <w:rsid w:val="00CB0664"/>
    <w:rsid w:val="00F005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95ACBB9"/>
  <w14:defaultImageDpi w14:val="300"/>
  <w15:docId w15:val="{31672C33-AF85-482D-B116-DD0C13DA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rial" w:hAnsi="Arial"/>
      <w:color w:val="1F2937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179D32-22FE-4CF2-A0E0-798667AB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autorización para participación de personas menores de edad</dc:title>
  <dc:subject>Convocatorias de fomento a la lectura 2026</dc:subject>
  <dc:creator>Instituto Sudcaliforniano de Cultura</dc:creator>
  <cp:keywords/>
  <dc:description>generated by python-docx</dc:description>
  <cp:lastModifiedBy>COORD-BIBLIOTECAS</cp:lastModifiedBy>
  <cp:revision>3</cp:revision>
  <dcterms:created xsi:type="dcterms:W3CDTF">2013-12-23T23:15:00Z</dcterms:created>
  <dcterms:modified xsi:type="dcterms:W3CDTF">2026-09-01T19:51:00Z</dcterms:modified>
  <cp:category/>
</cp:coreProperties>
</file>