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2F899" w14:textId="77777777" w:rsidR="00191D07" w:rsidRPr="006366D5" w:rsidRDefault="00852BE0">
      <w:pPr>
        <w:spacing w:after="140"/>
        <w:jc w:val="center"/>
        <w:rPr>
          <w:lang w:val="es-MX"/>
        </w:rPr>
      </w:pPr>
      <w:r w:rsidRPr="006366D5">
        <w:rPr>
          <w:b/>
          <w:color w:val="174A7E"/>
          <w:sz w:val="26"/>
          <w:lang w:val="es-MX"/>
        </w:rPr>
        <w:t>GOBIERNO DEL ESTADO DE BAJA CALIFORNIA SUR</w:t>
      </w:r>
    </w:p>
    <w:p w14:paraId="4367EF75" w14:textId="77777777" w:rsidR="00191D07" w:rsidRPr="006366D5" w:rsidRDefault="00852BE0">
      <w:pPr>
        <w:spacing w:after="200"/>
        <w:jc w:val="center"/>
        <w:rPr>
          <w:lang w:val="es-MX"/>
        </w:rPr>
      </w:pPr>
      <w:r w:rsidRPr="006366D5">
        <w:rPr>
          <w:b/>
          <w:sz w:val="22"/>
          <w:lang w:val="es-MX"/>
        </w:rPr>
        <w:t>INSTITUTO SUDCALIFORNIANO DE CULTURA</w:t>
      </w:r>
    </w:p>
    <w:p w14:paraId="055A283C" w14:textId="77777777" w:rsidR="00191D07" w:rsidRPr="006366D5" w:rsidRDefault="00852BE0">
      <w:pPr>
        <w:spacing w:after="40"/>
        <w:jc w:val="center"/>
        <w:rPr>
          <w:lang w:val="es-MX"/>
        </w:rPr>
      </w:pPr>
      <w:r w:rsidRPr="006366D5">
        <w:rPr>
          <w:b/>
          <w:color w:val="174A7E"/>
          <w:sz w:val="36"/>
          <w:lang w:val="es-MX"/>
        </w:rPr>
        <w:t>FORMATO DE REGISTRO</w:t>
      </w:r>
    </w:p>
    <w:p w14:paraId="30622780" w14:textId="77777777" w:rsidR="006366D5" w:rsidRDefault="00852BE0">
      <w:pPr>
        <w:spacing w:after="200"/>
        <w:jc w:val="center"/>
        <w:rPr>
          <w:b/>
          <w:sz w:val="25"/>
          <w:lang w:val="es-MX"/>
        </w:rPr>
      </w:pPr>
      <w:r w:rsidRPr="006366D5">
        <w:rPr>
          <w:b/>
          <w:sz w:val="25"/>
          <w:lang w:val="es-MX"/>
        </w:rPr>
        <w:t xml:space="preserve">CONVOCATORIAS DE FOMENTO A LA LECTURA </w:t>
      </w:r>
    </w:p>
    <w:p w14:paraId="6EC63945" w14:textId="5C473985" w:rsidR="00191D07" w:rsidRPr="006366D5" w:rsidRDefault="006366D5" w:rsidP="006366D5">
      <w:pPr>
        <w:spacing w:after="200"/>
        <w:jc w:val="center"/>
        <w:rPr>
          <w:b/>
          <w:sz w:val="25"/>
          <w:lang w:val="es-MX"/>
        </w:rPr>
      </w:pPr>
      <w:r>
        <w:rPr>
          <w:b/>
          <w:sz w:val="25"/>
          <w:lang w:val="es-MX"/>
        </w:rPr>
        <w:t xml:space="preserve">HAZ VIRAL LA LECTURA </w:t>
      </w:r>
      <w:r w:rsidRPr="006366D5">
        <w:rPr>
          <w:b/>
          <w:sz w:val="25"/>
          <w:lang w:val="es-MX"/>
        </w:rPr>
        <w:t>2026</w:t>
      </w:r>
    </w:p>
    <w:tbl>
      <w:tblPr>
        <w:tblStyle w:val="Tablaconcuadrcula"/>
        <w:tblW w:w="9936" w:type="dxa"/>
        <w:tblLayout w:type="fixed"/>
        <w:tblLook w:val="04A0" w:firstRow="1" w:lastRow="0" w:firstColumn="1" w:lastColumn="0" w:noHBand="0" w:noVBand="1"/>
      </w:tblPr>
      <w:tblGrid>
        <w:gridCol w:w="9936"/>
      </w:tblGrid>
      <w:tr w:rsidR="00191D07" w:rsidRPr="006366D5" w14:paraId="40FA32FC" w14:textId="77777777">
        <w:trPr>
          <w:cantSplit/>
        </w:trPr>
        <w:tc>
          <w:tcPr>
            <w:tcW w:w="9936" w:type="dxa"/>
            <w:shd w:val="clear" w:color="auto" w:fill="EAF1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0041A" w14:textId="77777777" w:rsidR="00191D07" w:rsidRPr="006366D5" w:rsidRDefault="00852BE0">
            <w:pPr>
              <w:rPr>
                <w:lang w:val="es-MX"/>
              </w:rPr>
            </w:pPr>
            <w:r w:rsidRPr="006366D5">
              <w:rPr>
                <w:b/>
                <w:color w:val="174A7E"/>
                <w:sz w:val="19"/>
                <w:lang w:val="es-MX"/>
              </w:rPr>
              <w:t xml:space="preserve">Importante: </w:t>
            </w:r>
            <w:r w:rsidRPr="006366D5">
              <w:rPr>
                <w:sz w:val="19"/>
                <w:lang w:val="es-MX"/>
              </w:rPr>
              <w:t xml:space="preserve">Llene todos los campos con letra clara. Marque una sola convocatoria, </w:t>
            </w:r>
            <w:r w:rsidRPr="006366D5">
              <w:rPr>
                <w:sz w:val="19"/>
                <w:lang w:val="es-MX"/>
              </w:rPr>
              <w:t>categoría y municipio. Antes de enviar el formato, verifique que la información y los anexos estén completos.</w:t>
            </w:r>
          </w:p>
        </w:tc>
      </w:tr>
    </w:tbl>
    <w:p w14:paraId="5982C9B5" w14:textId="77777777" w:rsidR="00191D07" w:rsidRDefault="00852BE0">
      <w:pPr>
        <w:keepNext/>
        <w:spacing w:before="200" w:after="100"/>
      </w:pPr>
      <w:r>
        <w:rPr>
          <w:b/>
          <w:color w:val="174A7E"/>
          <w:sz w:val="25"/>
        </w:rPr>
        <w:t>1. Convocatoria y categoría</w:t>
      </w:r>
    </w:p>
    <w:tbl>
      <w:tblPr>
        <w:tblStyle w:val="Tablaconcuadrcula"/>
        <w:tblW w:w="9936" w:type="dxa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191D07" w14:paraId="22572ED2" w14:textId="77777777">
        <w:trPr>
          <w:cantSplit/>
        </w:trPr>
        <w:tc>
          <w:tcPr>
            <w:tcW w:w="4968" w:type="dxa"/>
            <w:shd w:val="clear" w:color="auto" w:fill="EAF1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10EA2" w14:textId="77777777" w:rsidR="00191D07" w:rsidRDefault="00852BE0">
            <w:r>
              <w:rPr>
                <w:b/>
                <w:color w:val="174A7E"/>
              </w:rPr>
              <w:t>Convocatoria</w:t>
            </w:r>
          </w:p>
        </w:tc>
        <w:tc>
          <w:tcPr>
            <w:tcW w:w="4968" w:type="dxa"/>
            <w:shd w:val="clear" w:color="auto" w:fill="EAF1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1B0337" w14:textId="77777777" w:rsidR="00191D07" w:rsidRDefault="00852BE0">
            <w:r>
              <w:rPr>
                <w:b/>
                <w:color w:val="174A7E"/>
              </w:rPr>
              <w:t>Categoría</w:t>
            </w:r>
          </w:p>
        </w:tc>
      </w:tr>
      <w:tr w:rsidR="00191D07" w14:paraId="077B3AC2" w14:textId="77777777">
        <w:trPr>
          <w:cantSplit/>
        </w:trPr>
        <w:tc>
          <w:tcPr>
            <w:tcW w:w="49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ABFFF7" w14:textId="77777777" w:rsidR="00191D07" w:rsidRPr="006366D5" w:rsidRDefault="00852BE0">
            <w:pPr>
              <w:rPr>
                <w:lang w:val="es-MX"/>
              </w:rPr>
            </w:pPr>
            <w:r w:rsidRPr="006366D5">
              <w:rPr>
                <w:sz w:val="19"/>
                <w:lang w:val="es-MX"/>
              </w:rPr>
              <w:t>☐</w:t>
            </w:r>
            <w:r w:rsidRPr="006366D5">
              <w:rPr>
                <w:sz w:val="19"/>
                <w:lang w:val="es-MX"/>
              </w:rPr>
              <w:t xml:space="preserve"> Del libro a TikTok: Haz viral la lectura en BCS 2026</w:t>
            </w:r>
          </w:p>
          <w:p w14:paraId="328759C2" w14:textId="77777777" w:rsidR="00191D07" w:rsidRPr="006366D5" w:rsidRDefault="00852BE0">
            <w:pPr>
              <w:rPr>
                <w:lang w:val="es-MX"/>
              </w:rPr>
            </w:pPr>
            <w:r w:rsidRPr="006366D5">
              <w:rPr>
                <w:sz w:val="19"/>
                <w:lang w:val="es-MX"/>
              </w:rPr>
              <w:t>☐</w:t>
            </w:r>
            <w:r w:rsidRPr="006366D5">
              <w:rPr>
                <w:sz w:val="19"/>
                <w:lang w:val="es-MX"/>
              </w:rPr>
              <w:t xml:space="preserve"> Enfoca la lectura: La literatura </w:t>
            </w:r>
            <w:r w:rsidRPr="006366D5">
              <w:rPr>
                <w:sz w:val="19"/>
                <w:lang w:val="es-MX"/>
              </w:rPr>
              <w:t>sudcaliforniana desde tu mirada</w:t>
            </w:r>
          </w:p>
        </w:tc>
        <w:tc>
          <w:tcPr>
            <w:tcW w:w="49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8B35B5" w14:textId="77777777" w:rsidR="00191D07" w:rsidRPr="006366D5" w:rsidRDefault="00852BE0">
            <w:pPr>
              <w:rPr>
                <w:lang w:val="es-MX"/>
              </w:rPr>
            </w:pPr>
            <w:r w:rsidRPr="006366D5">
              <w:rPr>
                <w:sz w:val="19"/>
                <w:lang w:val="es-MX"/>
              </w:rPr>
              <w:t>☐</w:t>
            </w:r>
            <w:r w:rsidRPr="006366D5">
              <w:rPr>
                <w:sz w:val="19"/>
                <w:lang w:val="es-MX"/>
              </w:rPr>
              <w:t xml:space="preserve"> Adolescente — secundaria</w:t>
            </w:r>
          </w:p>
          <w:p w14:paraId="30980625" w14:textId="77777777" w:rsidR="00191D07" w:rsidRPr="006366D5" w:rsidRDefault="00852BE0">
            <w:pPr>
              <w:rPr>
                <w:lang w:val="es-MX"/>
              </w:rPr>
            </w:pPr>
            <w:r w:rsidRPr="006366D5">
              <w:rPr>
                <w:sz w:val="19"/>
                <w:lang w:val="es-MX"/>
              </w:rPr>
              <w:t>☐</w:t>
            </w:r>
            <w:r w:rsidRPr="006366D5">
              <w:rPr>
                <w:sz w:val="19"/>
                <w:lang w:val="es-MX"/>
              </w:rPr>
              <w:t xml:space="preserve"> Juvenil — preparatoria o equivalente</w:t>
            </w:r>
          </w:p>
          <w:p w14:paraId="5330856B" w14:textId="77777777" w:rsidR="00191D07" w:rsidRDefault="00852BE0"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Universitaria — universidad</w:t>
            </w:r>
          </w:p>
        </w:tc>
      </w:tr>
    </w:tbl>
    <w:p w14:paraId="1D89D2A3" w14:textId="77777777" w:rsidR="00191D07" w:rsidRDefault="00852BE0">
      <w:pPr>
        <w:keepNext/>
        <w:spacing w:before="200" w:after="100"/>
      </w:pPr>
      <w:r>
        <w:rPr>
          <w:b/>
          <w:color w:val="174A7E"/>
          <w:sz w:val="25"/>
        </w:rPr>
        <w:t>2. Datos de la persona participante</w:t>
      </w:r>
    </w:p>
    <w:p w14:paraId="4B62667F" w14:textId="77777777" w:rsidR="00191D07" w:rsidRDefault="00852BE0">
      <w:pPr>
        <w:keepLines/>
        <w:spacing w:before="40" w:after="100"/>
      </w:pPr>
      <w:r>
        <w:rPr>
          <w:b/>
        </w:rPr>
        <w:t>Nombre completo:</w:t>
      </w:r>
    </w:p>
    <w:p w14:paraId="1902E138" w14:textId="7D27B908" w:rsidR="00191D07" w:rsidRDefault="00852BE0">
      <w:pPr>
        <w:spacing w:after="100"/>
        <w:rPr>
          <w:color w:val="6B7280"/>
          <w:sz w:val="18"/>
        </w:rPr>
      </w:pPr>
      <w:r>
        <w:rPr>
          <w:color w:val="6B7280"/>
          <w:sz w:val="18"/>
        </w:rPr>
        <w:t>__________________________________________________________________________</w:t>
      </w:r>
      <w:r>
        <w:rPr>
          <w:color w:val="6B7280"/>
          <w:sz w:val="18"/>
        </w:rPr>
        <w:t>____________________</w:t>
      </w:r>
    </w:p>
    <w:p w14:paraId="779CCD8A" w14:textId="77777777" w:rsidR="005C0336" w:rsidRDefault="005C0336">
      <w:pPr>
        <w:spacing w:after="100"/>
      </w:pPr>
    </w:p>
    <w:p w14:paraId="77F27644" w14:textId="51A9BBF7" w:rsidR="005C0336" w:rsidRPr="005C0336" w:rsidRDefault="005C0336">
      <w:pPr>
        <w:spacing w:after="100"/>
        <w:rPr>
          <w:b/>
        </w:rPr>
      </w:pPr>
      <w:r w:rsidRPr="005C0336">
        <w:rPr>
          <w:b/>
        </w:rPr>
        <w:t>Edad:</w:t>
      </w:r>
    </w:p>
    <w:p w14:paraId="0E6E6C59" w14:textId="0D89876A" w:rsidR="005C0336" w:rsidRDefault="005C0336">
      <w:pPr>
        <w:spacing w:after="100"/>
      </w:pPr>
      <w:r>
        <w:t>_____________________________________________________________________________________</w:t>
      </w:r>
    </w:p>
    <w:p w14:paraId="62AE8958" w14:textId="77777777" w:rsidR="005C0336" w:rsidRDefault="005C0336">
      <w:pPr>
        <w:spacing w:after="100"/>
      </w:pPr>
      <w:bookmarkStart w:id="0" w:name="_GoBack"/>
      <w:bookmarkEnd w:id="0"/>
    </w:p>
    <w:p w14:paraId="1E86D4F9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Nombre de la institución educativa:</w:t>
      </w:r>
    </w:p>
    <w:p w14:paraId="35A50DB4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180B838A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Grado, semestre o cuatrimestre:</w:t>
      </w:r>
    </w:p>
    <w:p w14:paraId="0CC2141C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0C8A3AE2" w14:textId="77777777" w:rsidR="00191D07" w:rsidRPr="006366D5" w:rsidRDefault="00852BE0">
      <w:pPr>
        <w:spacing w:before="40" w:after="60"/>
        <w:rPr>
          <w:lang w:val="es-MX"/>
        </w:rPr>
      </w:pPr>
      <w:r w:rsidRPr="006366D5">
        <w:rPr>
          <w:b/>
          <w:lang w:val="es-MX"/>
        </w:rPr>
        <w:t>Municipio donde estudia:</w:t>
      </w:r>
      <w:r w:rsidRPr="006366D5">
        <w:rPr>
          <w:lang w:val="es-MX"/>
        </w:rPr>
        <w:t xml:space="preserve">   ☐ Mulegé   ☐ Loreto   ☐ Comondú   ☐ La Paz   ☐ Los Cabos</w:t>
      </w:r>
    </w:p>
    <w:p w14:paraId="2E01B93C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Teléfono de contacto:</w:t>
      </w:r>
    </w:p>
    <w:p w14:paraId="132BF111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</w:t>
      </w:r>
      <w:r w:rsidRPr="006366D5">
        <w:rPr>
          <w:color w:val="6B7280"/>
          <w:sz w:val="18"/>
          <w:lang w:val="es-MX"/>
        </w:rPr>
        <w:t>_______________________________________</w:t>
      </w:r>
    </w:p>
    <w:p w14:paraId="17CBCA7B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Correo electrónico:</w:t>
      </w:r>
    </w:p>
    <w:p w14:paraId="00239818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708E882A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Usuario de la red social donde realizará la publicación:</w:t>
      </w:r>
      <w:r w:rsidRPr="006366D5">
        <w:rPr>
          <w:i/>
          <w:color w:val="6B7280"/>
          <w:sz w:val="18"/>
          <w:lang w:val="es-MX"/>
        </w:rPr>
        <w:t xml:space="preserve"> Incluya @usuario.</w:t>
      </w:r>
    </w:p>
    <w:p w14:paraId="270A9CFC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</w:t>
      </w:r>
      <w:r w:rsidRPr="006366D5">
        <w:rPr>
          <w:color w:val="6B7280"/>
          <w:sz w:val="18"/>
          <w:lang w:val="es-MX"/>
        </w:rPr>
        <w:t>____________________________________________________________________</w:t>
      </w:r>
    </w:p>
    <w:p w14:paraId="5D353CCC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Enlace público de la publicación:</w:t>
      </w:r>
      <w:r w:rsidRPr="006366D5">
        <w:rPr>
          <w:i/>
          <w:color w:val="6B7280"/>
          <w:sz w:val="18"/>
          <w:lang w:val="es-MX"/>
        </w:rPr>
        <w:t xml:space="preserve"> TikTok o Instagram, según corresponda.</w:t>
      </w:r>
    </w:p>
    <w:p w14:paraId="5E6A425D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2D80C4F9" w14:textId="77777777" w:rsidR="00191D07" w:rsidRPr="006366D5" w:rsidRDefault="00852BE0">
      <w:pPr>
        <w:keepNext/>
        <w:spacing w:before="200" w:after="100"/>
        <w:rPr>
          <w:lang w:val="es-MX"/>
        </w:rPr>
      </w:pPr>
      <w:r w:rsidRPr="006366D5">
        <w:rPr>
          <w:b/>
          <w:color w:val="174A7E"/>
          <w:sz w:val="25"/>
          <w:lang w:val="es-MX"/>
        </w:rPr>
        <w:t xml:space="preserve">3. Datos de la </w:t>
      </w:r>
      <w:r w:rsidRPr="006366D5">
        <w:rPr>
          <w:b/>
          <w:color w:val="174A7E"/>
          <w:sz w:val="25"/>
          <w:lang w:val="es-MX"/>
        </w:rPr>
        <w:t>madre, el padre o la persona tutora legal</w:t>
      </w:r>
    </w:p>
    <w:p w14:paraId="40116078" w14:textId="77777777" w:rsidR="00191D07" w:rsidRPr="006366D5" w:rsidRDefault="00852BE0">
      <w:pPr>
        <w:spacing w:after="120"/>
        <w:rPr>
          <w:lang w:val="es-MX"/>
        </w:rPr>
      </w:pPr>
      <w:r w:rsidRPr="006366D5">
        <w:rPr>
          <w:i/>
          <w:color w:val="6B7280"/>
          <w:sz w:val="19"/>
          <w:lang w:val="es-MX"/>
        </w:rPr>
        <w:t>Complete esta sección únicamente si la persona participante es menor de edad.</w:t>
      </w:r>
    </w:p>
    <w:p w14:paraId="75AEB787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Nombre completo de la persona responsable:</w:t>
      </w:r>
    </w:p>
    <w:p w14:paraId="4AC3B160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</w:t>
      </w:r>
      <w:r w:rsidRPr="006366D5">
        <w:rPr>
          <w:color w:val="6B7280"/>
          <w:sz w:val="18"/>
          <w:lang w:val="es-MX"/>
        </w:rPr>
        <w:t>_</w:t>
      </w:r>
    </w:p>
    <w:p w14:paraId="5078891D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lastRenderedPageBreak/>
        <w:t>Parentesco o calidad con la que comparece:</w:t>
      </w:r>
    </w:p>
    <w:p w14:paraId="3B310430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627A796E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Teléfono de contacto:</w:t>
      </w:r>
    </w:p>
    <w:p w14:paraId="0F91628E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577EA326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Correo electrónico:</w:t>
      </w:r>
    </w:p>
    <w:p w14:paraId="3045C02C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______________________________________________________________________________________________</w:t>
      </w:r>
    </w:p>
    <w:p w14:paraId="7EEA29E1" w14:textId="77777777" w:rsidR="00191D07" w:rsidRPr="006366D5" w:rsidRDefault="00852BE0">
      <w:pPr>
        <w:keepNext/>
        <w:spacing w:before="200" w:after="100"/>
        <w:rPr>
          <w:lang w:val="es-MX"/>
        </w:rPr>
      </w:pPr>
      <w:r w:rsidRPr="006366D5">
        <w:rPr>
          <w:b/>
          <w:color w:val="174A7E"/>
          <w:sz w:val="25"/>
          <w:lang w:val="es-MX"/>
        </w:rPr>
        <w:t>4. Lista de documentos anexos</w:t>
      </w:r>
    </w:p>
    <w:p w14:paraId="78558B08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sz w:val="19"/>
          <w:lang w:val="es-MX"/>
        </w:rPr>
        <w:t>Marque únicamente los documentos que adjunta. Los archivos deberán presentarse completos, legibles y en format</w:t>
      </w:r>
      <w:r w:rsidRPr="006366D5">
        <w:rPr>
          <w:sz w:val="19"/>
          <w:lang w:val="es-MX"/>
        </w:rPr>
        <w:t>o PDF.</w:t>
      </w:r>
    </w:p>
    <w:p w14:paraId="04C39A23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Identificación oficial vigente: credencial para votar, por ambos lados, o pasaporte.</w:t>
      </w:r>
    </w:p>
    <w:p w14:paraId="5EFCD74D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Comprobante de domicilio con antigüedad no mayor a tres meses.</w:t>
      </w:r>
    </w:p>
    <w:p w14:paraId="24DC93B8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Constancia de situación fiscal vigente.</w:t>
      </w:r>
    </w:p>
    <w:p w14:paraId="51B4EE07" w14:textId="4F1C7129" w:rsidR="006366D5" w:rsidRPr="006366D5" w:rsidRDefault="006366D5" w:rsidP="006366D5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 xml:space="preserve">☐ </w:t>
      </w:r>
      <w:r>
        <w:rPr>
          <w:lang w:val="es-MX"/>
        </w:rPr>
        <w:t>CURP.</w:t>
      </w:r>
    </w:p>
    <w:p w14:paraId="3D1BBF27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Carátula de cuenta bancaria con banco, nombre</w:t>
      </w:r>
      <w:r w:rsidRPr="006366D5">
        <w:rPr>
          <w:lang w:val="es-MX"/>
        </w:rPr>
        <w:t xml:space="preserve"> de la persona titular, número de cuenta y CLABE interbancaria.</w:t>
      </w:r>
    </w:p>
    <w:p w14:paraId="6C8115AE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Ficha de registro debidamente llenada y firmada.</w:t>
      </w:r>
    </w:p>
    <w:p w14:paraId="2F299E3C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Archivo de la obra participante: video o fotografía, según la convocatoria.</w:t>
      </w:r>
    </w:p>
    <w:p w14:paraId="6AA83E88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Carta de autorización firmada por la madre, el padre o la per</w:t>
      </w:r>
      <w:r w:rsidRPr="006366D5">
        <w:rPr>
          <w:lang w:val="es-MX"/>
        </w:rPr>
        <w:t>sona tutora legal, cuando la persona participante sea menor de edad.</w:t>
      </w:r>
    </w:p>
    <w:p w14:paraId="5373E655" w14:textId="77777777" w:rsidR="00191D07" w:rsidRPr="006366D5" w:rsidRDefault="00852BE0">
      <w:pPr>
        <w:keepLines/>
        <w:spacing w:after="40"/>
        <w:ind w:left="173"/>
        <w:rPr>
          <w:lang w:val="es-MX"/>
        </w:rPr>
      </w:pPr>
      <w:r w:rsidRPr="006366D5">
        <w:rPr>
          <w:sz w:val="22"/>
          <w:lang w:val="es-MX"/>
        </w:rPr>
        <w:t>☐</w:t>
      </w:r>
      <w:r w:rsidRPr="006366D5">
        <w:rPr>
          <w:sz w:val="22"/>
          <w:lang w:val="es-MX"/>
        </w:rPr>
        <w:t xml:space="preserve"> </w:t>
      </w:r>
      <w:r w:rsidRPr="006366D5">
        <w:rPr>
          <w:lang w:val="es-MX"/>
        </w:rPr>
        <w:t>Documento que acredita la tutela legal, cuando la persona responsable no sea la madre ni el padre.</w:t>
      </w:r>
    </w:p>
    <w:tbl>
      <w:tblPr>
        <w:tblStyle w:val="Tablaconcuadrcula"/>
        <w:tblW w:w="9936" w:type="dxa"/>
        <w:tblLayout w:type="fixed"/>
        <w:tblLook w:val="04A0" w:firstRow="1" w:lastRow="0" w:firstColumn="1" w:lastColumn="0" w:noHBand="0" w:noVBand="1"/>
      </w:tblPr>
      <w:tblGrid>
        <w:gridCol w:w="9936"/>
      </w:tblGrid>
      <w:tr w:rsidR="00191D07" w:rsidRPr="006366D5" w14:paraId="748A8A37" w14:textId="77777777">
        <w:trPr>
          <w:cantSplit/>
        </w:trPr>
        <w:tc>
          <w:tcPr>
            <w:tcW w:w="9936" w:type="dxa"/>
            <w:shd w:val="clear" w:color="auto" w:fill="EAF1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83F8B" w14:textId="77777777" w:rsidR="00191D07" w:rsidRPr="006366D5" w:rsidRDefault="00852BE0">
            <w:pPr>
              <w:rPr>
                <w:lang w:val="es-MX"/>
              </w:rPr>
            </w:pPr>
            <w:r w:rsidRPr="006366D5">
              <w:rPr>
                <w:b/>
                <w:color w:val="174A7E"/>
                <w:sz w:val="19"/>
                <w:lang w:val="es-MX"/>
              </w:rPr>
              <w:t xml:space="preserve">Importante: </w:t>
            </w:r>
            <w:r w:rsidRPr="006366D5">
              <w:rPr>
                <w:sz w:val="19"/>
                <w:lang w:val="es-MX"/>
              </w:rPr>
              <w:t xml:space="preserve">Cuando la persona participante sea menor de edad, la identificación, el </w:t>
            </w:r>
            <w:r w:rsidRPr="006366D5">
              <w:rPr>
                <w:sz w:val="19"/>
                <w:lang w:val="es-MX"/>
              </w:rPr>
              <w:t>comprobante de domicilio, la constancia de situación fiscal y la cuenta bancaria deberán corresponder a la madre, el padre o la persona tutora legal registrada.</w:t>
            </w:r>
          </w:p>
        </w:tc>
      </w:tr>
    </w:tbl>
    <w:p w14:paraId="01E54E34" w14:textId="77777777" w:rsidR="00191D07" w:rsidRPr="006366D5" w:rsidRDefault="00852BE0">
      <w:pPr>
        <w:keepNext/>
        <w:spacing w:before="200" w:after="100"/>
        <w:rPr>
          <w:lang w:val="es-MX"/>
        </w:rPr>
      </w:pPr>
      <w:r w:rsidRPr="006366D5">
        <w:rPr>
          <w:b/>
          <w:color w:val="174A7E"/>
          <w:sz w:val="25"/>
          <w:lang w:val="es-MX"/>
        </w:rPr>
        <w:t>5. Declaración y aceptación</w:t>
      </w:r>
    </w:p>
    <w:p w14:paraId="54F5DBDC" w14:textId="77777777" w:rsidR="00191D07" w:rsidRPr="006366D5" w:rsidRDefault="00852BE0">
      <w:pPr>
        <w:spacing w:after="120"/>
        <w:rPr>
          <w:lang w:val="es-MX"/>
        </w:rPr>
      </w:pPr>
      <w:r w:rsidRPr="006366D5">
        <w:rPr>
          <w:lang w:val="es-MX"/>
        </w:rPr>
        <w:t>Declaro, bajo protesta de decir verdad, que la información y los d</w:t>
      </w:r>
      <w:r w:rsidRPr="006366D5">
        <w:rPr>
          <w:lang w:val="es-MX"/>
        </w:rPr>
        <w:t>ocumentos presentados son auténticos, completos y vigentes. Asimismo, manifiesto que conozco y acepto las bases de la convocatoria seleccionada y autorizo al Instituto Sudcaliforniano de Cultura a verificar la información proporcionada para efectos del reg</w:t>
      </w:r>
      <w:r w:rsidRPr="006366D5">
        <w:rPr>
          <w:lang w:val="es-MX"/>
        </w:rPr>
        <w:t>istro y, en su caso, de la entrega del premio.</w:t>
      </w:r>
    </w:p>
    <w:p w14:paraId="77005EE3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b/>
          <w:sz w:val="19"/>
          <w:lang w:val="es-MX"/>
        </w:rPr>
        <w:t>Si la persona participante es menor de edad, esta declaración deberá ser firmada por la madre, el padre o la persona tutora legal.</w:t>
      </w:r>
    </w:p>
    <w:p w14:paraId="644524BF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Nombre de quien firma:</w:t>
      </w:r>
    </w:p>
    <w:p w14:paraId="4B9F9E02" w14:textId="77777777" w:rsidR="00191D07" w:rsidRPr="006366D5" w:rsidRDefault="00852BE0">
      <w:pPr>
        <w:spacing w:after="100"/>
        <w:rPr>
          <w:lang w:val="es-MX"/>
        </w:rPr>
      </w:pPr>
      <w:r w:rsidRPr="006366D5">
        <w:rPr>
          <w:color w:val="6B7280"/>
          <w:sz w:val="18"/>
          <w:lang w:val="es-MX"/>
        </w:rPr>
        <w:t>_______________________________________________________</w:t>
      </w:r>
      <w:r w:rsidRPr="006366D5">
        <w:rPr>
          <w:color w:val="6B7280"/>
          <w:sz w:val="18"/>
          <w:lang w:val="es-MX"/>
        </w:rPr>
        <w:t>_______________________________________</w:t>
      </w:r>
    </w:p>
    <w:p w14:paraId="457D9EC6" w14:textId="77777777" w:rsidR="00191D07" w:rsidRPr="006366D5" w:rsidRDefault="00852BE0">
      <w:pPr>
        <w:keepLines/>
        <w:spacing w:before="40" w:after="100"/>
        <w:rPr>
          <w:lang w:val="es-MX"/>
        </w:rPr>
      </w:pPr>
      <w:r w:rsidRPr="006366D5">
        <w:rPr>
          <w:b/>
          <w:lang w:val="es-MX"/>
        </w:rPr>
        <w:t>Firma:</w:t>
      </w:r>
    </w:p>
    <w:p w14:paraId="7F40E8EB" w14:textId="77777777" w:rsidR="00191D07" w:rsidRDefault="00852BE0">
      <w:pPr>
        <w:spacing w:after="100"/>
      </w:pPr>
      <w:r>
        <w:rPr>
          <w:color w:val="6B7280"/>
          <w:sz w:val="18"/>
        </w:rPr>
        <w:t>______________________________________________________________________________________________</w:t>
      </w:r>
    </w:p>
    <w:tbl>
      <w:tblPr>
        <w:tblStyle w:val="Tablaconcuadrcula"/>
        <w:tblW w:w="9936" w:type="dxa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191D07" w14:paraId="4D9961D4" w14:textId="77777777">
        <w:trPr>
          <w:cantSplit/>
        </w:trPr>
        <w:tc>
          <w:tcPr>
            <w:tcW w:w="4968" w:type="dxa"/>
            <w:shd w:val="clear" w:color="auto" w:fill="EAF1F7"/>
            <w:tcMar>
              <w:top w:w="80" w:type="dxa"/>
              <w:left w:w="110" w:type="dxa"/>
              <w:bottom w:w="140" w:type="dxa"/>
              <w:right w:w="110" w:type="dxa"/>
            </w:tcMar>
            <w:vAlign w:val="center"/>
          </w:tcPr>
          <w:p w14:paraId="78347B26" w14:textId="77777777" w:rsidR="00191D07" w:rsidRDefault="00852BE0">
            <w:r>
              <w:rPr>
                <w:b/>
                <w:color w:val="174A7E"/>
                <w:sz w:val="19"/>
              </w:rPr>
              <w:t>Lugar</w:t>
            </w:r>
          </w:p>
          <w:p w14:paraId="106563B5" w14:textId="77777777" w:rsidR="00191D07" w:rsidRDefault="00852BE0">
            <w:pPr>
              <w:spacing w:before="160"/>
            </w:pPr>
            <w:r>
              <w:rPr>
                <w:color w:val="6B7280"/>
                <w:sz w:val="18"/>
              </w:rPr>
              <w:t>________________________________</w:t>
            </w:r>
          </w:p>
        </w:tc>
        <w:tc>
          <w:tcPr>
            <w:tcW w:w="4968" w:type="dxa"/>
            <w:shd w:val="clear" w:color="auto" w:fill="EAF1F7"/>
            <w:tcMar>
              <w:top w:w="80" w:type="dxa"/>
              <w:left w:w="110" w:type="dxa"/>
              <w:bottom w:w="140" w:type="dxa"/>
              <w:right w:w="110" w:type="dxa"/>
            </w:tcMar>
            <w:vAlign w:val="center"/>
          </w:tcPr>
          <w:p w14:paraId="1CAED6D2" w14:textId="77777777" w:rsidR="00191D07" w:rsidRDefault="00852BE0">
            <w:r>
              <w:rPr>
                <w:b/>
                <w:color w:val="174A7E"/>
                <w:sz w:val="19"/>
              </w:rPr>
              <w:t>Fecha (día/mes/año)</w:t>
            </w:r>
          </w:p>
          <w:p w14:paraId="7A73F560" w14:textId="77777777" w:rsidR="00191D07" w:rsidRDefault="00852BE0">
            <w:pPr>
              <w:spacing w:before="160"/>
            </w:pPr>
            <w:r>
              <w:rPr>
                <w:color w:val="6B7280"/>
                <w:sz w:val="18"/>
              </w:rPr>
              <w:t>________________________________</w:t>
            </w:r>
          </w:p>
        </w:tc>
      </w:tr>
    </w:tbl>
    <w:p w14:paraId="104AE8E5" w14:textId="77777777" w:rsidR="00191D07" w:rsidRPr="006366D5" w:rsidRDefault="00852BE0">
      <w:pPr>
        <w:spacing w:before="180"/>
        <w:jc w:val="center"/>
        <w:rPr>
          <w:lang w:val="es-MX"/>
        </w:rPr>
      </w:pPr>
      <w:r w:rsidRPr="006366D5">
        <w:rPr>
          <w:b/>
          <w:color w:val="174A7E"/>
          <w:lang w:val="es-MX"/>
        </w:rPr>
        <w:t xml:space="preserve">Envíe este formato y </w:t>
      </w:r>
      <w:r w:rsidRPr="006366D5">
        <w:rPr>
          <w:b/>
          <w:color w:val="174A7E"/>
          <w:lang w:val="es-MX"/>
        </w:rPr>
        <w:t>los anexos a: convocatoriascebp@gmail.com</w:t>
      </w:r>
    </w:p>
    <w:p w14:paraId="24D55BBB" w14:textId="77777777" w:rsidR="00191D07" w:rsidRPr="006366D5" w:rsidRDefault="00852BE0">
      <w:pPr>
        <w:jc w:val="center"/>
        <w:rPr>
          <w:lang w:val="es-MX"/>
        </w:rPr>
      </w:pPr>
      <w:r w:rsidRPr="006366D5">
        <w:rPr>
          <w:b/>
          <w:sz w:val="19"/>
          <w:lang w:val="es-MX"/>
        </w:rPr>
        <w:t>Asunto del correo: REGISTRO DE PARTICIPACIÓN</w:t>
      </w:r>
    </w:p>
    <w:sectPr w:rsidR="00191D07" w:rsidRPr="006366D5" w:rsidSect="00034616">
      <w:footerReference w:type="default" r:id="rId8"/>
      <w:pgSz w:w="12240" w:h="15840"/>
      <w:pgMar w:top="979" w:right="1123" w:bottom="1037" w:left="1123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CF4EE" w14:textId="77777777" w:rsidR="00852BE0" w:rsidRDefault="00852BE0">
      <w:pPr>
        <w:spacing w:after="0" w:line="240" w:lineRule="auto"/>
      </w:pPr>
      <w:r>
        <w:separator/>
      </w:r>
    </w:p>
  </w:endnote>
  <w:endnote w:type="continuationSeparator" w:id="0">
    <w:p w14:paraId="2365FEBC" w14:textId="77777777" w:rsidR="00852BE0" w:rsidRDefault="0085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7909E" w14:textId="714028EE" w:rsidR="00191D07" w:rsidRDefault="00852BE0">
    <w:pPr>
      <w:pStyle w:val="Piedepgina"/>
      <w:jc w:val="right"/>
    </w:pPr>
    <w:r>
      <w:rPr>
        <w:color w:val="6B7280"/>
        <w:sz w:val="17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5C033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A9B5D" w14:textId="77777777" w:rsidR="00852BE0" w:rsidRDefault="00852BE0">
      <w:pPr>
        <w:spacing w:after="0" w:line="240" w:lineRule="auto"/>
      </w:pPr>
      <w:r>
        <w:separator/>
      </w:r>
    </w:p>
  </w:footnote>
  <w:footnote w:type="continuationSeparator" w:id="0">
    <w:p w14:paraId="01AE2283" w14:textId="77777777" w:rsidR="00852BE0" w:rsidRDefault="00852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0E76"/>
    <w:rsid w:val="0015074B"/>
    <w:rsid w:val="00191D07"/>
    <w:rsid w:val="0029639D"/>
    <w:rsid w:val="002F4F34"/>
    <w:rsid w:val="00326F90"/>
    <w:rsid w:val="005C0336"/>
    <w:rsid w:val="006366D5"/>
    <w:rsid w:val="008314EF"/>
    <w:rsid w:val="00852B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29E4FAF"/>
  <w14:defaultImageDpi w14:val="300"/>
  <w15:docId w15:val="{0084EBC7-4C6B-4118-BDBA-6B2817E6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998209-FE63-47A6-88F8-E2BF7EA0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683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registro — Convocatorias de fomento a la lectura 2026</dc:title>
  <dc:subject>Formato institucional de registro</dc:subject>
  <dc:creator>Instituto Sudcaliforniano de Cultura</dc:creator>
  <cp:keywords/>
  <dc:description>generated by python-docx</dc:description>
  <cp:lastModifiedBy>COORD-BIBLIOTECAS</cp:lastModifiedBy>
  <cp:revision>4</cp:revision>
  <dcterms:created xsi:type="dcterms:W3CDTF">2013-12-23T23:15:00Z</dcterms:created>
  <dcterms:modified xsi:type="dcterms:W3CDTF">2026-09-01T19:26:00Z</dcterms:modified>
  <cp:category/>
</cp:coreProperties>
</file>